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0A87" w14:textId="77777777" w:rsidR="00B863F8" w:rsidRDefault="00000000">
      <w:pPr>
        <w:spacing w:after="40"/>
      </w:pPr>
      <w:r>
        <w:rPr>
          <w:b/>
          <w:color w:val="003366"/>
          <w:sz w:val="30"/>
        </w:rPr>
        <w:t>POLITISKĀS REKLĀMAS KAMPAŅAS DATU DEKLARĀCIJA</w:t>
      </w:r>
    </w:p>
    <w:p w14:paraId="237AAA39" w14:textId="77777777" w:rsidR="00B863F8" w:rsidRDefault="00000000">
      <w:pPr>
        <w:spacing w:after="160"/>
      </w:pPr>
      <w:r>
        <w:rPr>
          <w:i/>
          <w:color w:val="555555"/>
          <w:sz w:val="20"/>
        </w:rPr>
        <w:t>Pieteikums un informācijas iesniegšana reklāmas izvietošanai (atbilstoši ES Regulai 2024/900)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B863F8" w14:paraId="5A5516CC" w14:textId="77777777">
        <w:trPr>
          <w:jc w:val="center"/>
        </w:trPr>
        <w:tc>
          <w:tcPr>
            <w:tcW w:w="9936" w:type="dxa"/>
            <w:tcBorders>
              <w:left w:val="single" w:sz="24" w:space="0" w:color="003366"/>
            </w:tcBorders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103A1" w14:textId="77777777" w:rsidR="00B863F8" w:rsidRDefault="00000000">
            <w:pPr>
              <w:spacing w:after="0"/>
            </w:pPr>
            <w:r>
              <w:rPr>
                <w:b/>
                <w:color w:val="003366"/>
                <w:sz w:val="19"/>
              </w:rPr>
              <w:t xml:space="preserve">Svarīgi: </w:t>
            </w:r>
            <w:r>
              <w:rPr>
                <w:sz w:val="19"/>
              </w:rPr>
              <w:t>Aizpildīts un parakstīts dokuments ir obligāts priekšnoteikums politiskās reklāmas kampaņas apstiprināšanai un publicēšanai. Sniegtā informācija tiks izmantota publiskajā politiskās reklāmas reģistrā un pārredzamības paziņojumā.</w:t>
            </w:r>
          </w:p>
        </w:tc>
      </w:tr>
    </w:tbl>
    <w:p w14:paraId="0D586BC0" w14:textId="77777777" w:rsidR="00B863F8" w:rsidRDefault="00B863F8">
      <w:pPr>
        <w:spacing w:after="120"/>
      </w:pPr>
    </w:p>
    <w:p w14:paraId="142A5DD9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1. REKLĀMDEVĒJA UN MAKSĀTĀJA DATI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3717C3F1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5F110B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Reklāmdevēja nosaukums / Vārds, uzvārds</w:t>
            </w:r>
            <w:r>
              <w:rPr>
                <w:color w:val="777777"/>
                <w:sz w:val="17"/>
              </w:rPr>
              <w:br/>
              <w:t>Partija, apvienība vai privātpersona, kuras vārdā reklāma tiek izvietota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1DAA37" w14:textId="159B41A8" w:rsidR="00B863F8" w:rsidRPr="009F075B" w:rsidRDefault="009F075B">
            <w:pPr>
              <w:spacing w:after="0"/>
            </w:pPr>
            <w:r w:rsidRPr="009F075B">
              <w:rPr>
                <w:rFonts w:eastAsia="Arial" w:cstheme="minorHAnsi"/>
              </w:rPr>
              <w:t>Politisko partiju apvienība “APVIENOTAIS SARAKSTS – Latvijas Zaļā partija, Latvijas Reģionu Apvienība, Liepājas partija”</w:t>
            </w:r>
          </w:p>
        </w:tc>
      </w:tr>
      <w:tr w:rsidR="00B863F8" w14:paraId="28DB117F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C4C4B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Reģistrācijas nr. / Personas kods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BBD4B0" w14:textId="6E10E616" w:rsidR="00B863F8" w:rsidRDefault="009F075B">
            <w:pPr>
              <w:spacing w:after="0"/>
            </w:pPr>
            <w:r>
              <w:t>Nr.</w:t>
            </w:r>
            <w:r w:rsidRPr="00367977">
              <w:rPr>
                <w:rFonts w:eastAsia="Arial" w:cstheme="minorHAnsi"/>
                <w:lang w:val="pl-PL"/>
              </w:rPr>
              <w:t xml:space="preserve"> </w:t>
            </w:r>
            <w:r w:rsidRPr="00367977">
              <w:rPr>
                <w:rFonts w:eastAsia="Arial" w:cstheme="minorHAnsi"/>
                <w:lang w:val="pl-PL"/>
              </w:rPr>
              <w:t>nr. 50008221771</w:t>
            </w:r>
          </w:p>
        </w:tc>
      </w:tr>
      <w:tr w:rsidR="00B863F8" w14:paraId="0C90C0A8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3AF965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Juridiskā / Deklarētā adrese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7E83BD" w14:textId="39C3DA41" w:rsidR="00B863F8" w:rsidRPr="009F075B" w:rsidRDefault="009F075B">
            <w:pPr>
              <w:spacing w:after="0"/>
            </w:pPr>
            <w:r w:rsidRPr="009F075B">
              <w:rPr>
                <w:rFonts w:eastAsia="Arial" w:cstheme="minorHAnsi"/>
              </w:rPr>
              <w:t>Juridiskā adrese: Mazā Smilšu iela 12-3, Rīga, LV-1050, Latvija</w:t>
            </w:r>
          </w:p>
        </w:tc>
      </w:tr>
      <w:tr w:rsidR="00B863F8" w14:paraId="52E92565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3B9C17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Pilnvarotais pārstāvis &amp; kontakti</w:t>
            </w:r>
            <w:r>
              <w:rPr>
                <w:color w:val="777777"/>
                <w:sz w:val="17"/>
              </w:rPr>
              <w:br/>
              <w:t>Vārds, uzvārds, amats, e-pasts, tālrunis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DFD488" w14:textId="00F688FF" w:rsidR="00B863F8" w:rsidRDefault="009F075B">
            <w:pPr>
              <w:spacing w:after="0"/>
            </w:pPr>
            <w:r w:rsidRPr="00BB7D60">
              <w:rPr>
                <w:rFonts w:cs="Arial"/>
                <w:shd w:val="clear" w:color="auto" w:fill="FFFFFF"/>
              </w:rPr>
              <w:t>SIA "MediaFlux Group"  Reģ. Nr.40103823051</w:t>
            </w:r>
            <w:r>
              <w:rPr>
                <w:rFonts w:cs="Arial"/>
                <w:shd w:val="clear" w:color="auto" w:fill="FFFFFF"/>
              </w:rPr>
              <w:t>, Buru iela 16, Rīga</w:t>
            </w:r>
          </w:p>
        </w:tc>
      </w:tr>
      <w:tr w:rsidR="00B863F8" w14:paraId="513999E0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4C722D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Faktiskais maksātājs</w:t>
            </w:r>
            <w:r>
              <w:rPr>
                <w:color w:val="777777"/>
                <w:sz w:val="17"/>
              </w:rPr>
              <w:br/>
              <w:t>Aizpildīt, ja maksātājs atšķiras no reklāmdevēja (aģentūra u.c.)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C5040F" w14:textId="354776A2" w:rsidR="00B863F8" w:rsidRDefault="00000000">
            <w:pPr>
              <w:spacing w:after="0"/>
            </w:pPr>
            <w:r>
              <w:t>☐  Sakrīt ar Reklāmdevēju</w:t>
            </w:r>
            <w:r>
              <w:br/>
              <w:t>☐  Cits maksātājs (norādīt zemāk):</w:t>
            </w:r>
            <w:r>
              <w:br/>
            </w:r>
            <w:r>
              <w:br/>
              <w:t xml:space="preserve">Nosaukums / Reģ. nr. / Adrese: </w:t>
            </w:r>
            <w:r w:rsidR="009F075B" w:rsidRPr="00BB7D60">
              <w:rPr>
                <w:rFonts w:cs="Arial"/>
                <w:shd w:val="clear" w:color="auto" w:fill="FFFFFF"/>
              </w:rPr>
              <w:t>SIA "MediaFlux Group"  Reģ. Nr.40103823051</w:t>
            </w:r>
            <w:r w:rsidR="009F075B">
              <w:rPr>
                <w:rFonts w:cs="Arial"/>
                <w:shd w:val="clear" w:color="auto" w:fill="FFFFFF"/>
              </w:rPr>
              <w:t>, Buru iela 16, Rīga</w:t>
            </w:r>
          </w:p>
        </w:tc>
      </w:tr>
    </w:tbl>
    <w:p w14:paraId="29D10BE8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2. KAMPAŅAS PIEDERĪBA UN FINANSIĀLĀ INFORMĀCIJA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3343144F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27B7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Kampaņas piederība / Mērķis</w:t>
            </w:r>
            <w:r>
              <w:rPr>
                <w:color w:val="777777"/>
                <w:sz w:val="17"/>
              </w:rPr>
              <w:br/>
              <w:t>Ar ko saistīta reklāmas kampaņa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7DA00" w14:textId="46A514B1" w:rsidR="00B863F8" w:rsidRDefault="003575CB">
            <w:pPr>
              <w:spacing w:after="0"/>
            </w:pPr>
            <w:r>
              <w:rPr>
                <w:rFonts w:ascii="Segoe UI Symbol" w:hAnsi="Segoe UI Symbol" w:cs="Segoe UI Symbol"/>
              </w:rPr>
              <w:t xml:space="preserve">☑ </w:t>
            </w:r>
            <w:r w:rsidR="00000000">
              <w:t xml:space="preserve">Saeimas vēlēšanas            </w:t>
            </w:r>
            <w:r w:rsidR="00000000">
              <w:rPr>
                <w:rFonts w:ascii="Segoe UI Symbol" w:hAnsi="Segoe UI Symbol" w:cs="Segoe UI Symbol"/>
              </w:rPr>
              <w:t>☐</w:t>
            </w:r>
            <w:r w:rsidR="00000000">
              <w:t xml:space="preserve"> Pa</w:t>
            </w:r>
            <w:r w:rsidR="00000000">
              <w:rPr>
                <w:rFonts w:cs="Calibri"/>
              </w:rPr>
              <w:t>š</w:t>
            </w:r>
            <w:r w:rsidR="00000000">
              <w:t>vald</w:t>
            </w:r>
            <w:r w:rsidR="00000000">
              <w:rPr>
                <w:rFonts w:cs="Calibri"/>
              </w:rPr>
              <w:t>ī</w:t>
            </w:r>
            <w:r w:rsidR="00000000">
              <w:t>bu v</w:t>
            </w:r>
            <w:r w:rsidR="00000000">
              <w:rPr>
                <w:rFonts w:cs="Calibri"/>
              </w:rPr>
              <w:t>ē</w:t>
            </w:r>
            <w:r w:rsidR="00000000">
              <w:t>l</w:t>
            </w:r>
            <w:r w:rsidR="00000000">
              <w:rPr>
                <w:rFonts w:cs="Calibri"/>
              </w:rPr>
              <w:t>ēš</w:t>
            </w:r>
            <w:r w:rsidR="00000000">
              <w:t>anas</w:t>
            </w:r>
            <w:r w:rsidR="00000000">
              <w:br/>
            </w:r>
            <w:r w:rsidR="00000000">
              <w:rPr>
                <w:rFonts w:ascii="Segoe UI Symbol" w:hAnsi="Segoe UI Symbol" w:cs="Segoe UI Symbol"/>
              </w:rPr>
              <w:t>☐</w:t>
            </w:r>
            <w:r w:rsidR="00000000">
              <w:t xml:space="preserve"> Eiropas Parlamenta v</w:t>
            </w:r>
            <w:r w:rsidR="00000000">
              <w:rPr>
                <w:rFonts w:cs="Calibri"/>
              </w:rPr>
              <w:t>ē</w:t>
            </w:r>
            <w:r w:rsidR="00000000">
              <w:t>l</w:t>
            </w:r>
            <w:r w:rsidR="00000000">
              <w:rPr>
                <w:rFonts w:cs="Calibri"/>
              </w:rPr>
              <w:t>ēš</w:t>
            </w:r>
            <w:r w:rsidR="00000000">
              <w:t>anas</w:t>
            </w:r>
            <w:r w:rsidR="00000000">
              <w:br/>
            </w:r>
            <w:r w:rsidR="00000000">
              <w:rPr>
                <w:rFonts w:ascii="Segoe UI Symbol" w:hAnsi="Segoe UI Symbol" w:cs="Segoe UI Symbol"/>
              </w:rPr>
              <w:t>☐</w:t>
            </w:r>
            <w:r w:rsidR="00000000">
              <w:t xml:space="preserve"> Tautas nobalso</w:t>
            </w:r>
            <w:r w:rsidR="00000000">
              <w:rPr>
                <w:rFonts w:cs="Calibri"/>
              </w:rPr>
              <w:t>š</w:t>
            </w:r>
            <w:r w:rsidR="00000000">
              <w:t>ana / Referendums</w:t>
            </w:r>
            <w:r w:rsidR="00000000">
              <w:br/>
            </w:r>
            <w:r w:rsidR="00000000">
              <w:rPr>
                <w:rFonts w:ascii="Segoe UI Symbol" w:hAnsi="Segoe UI Symbol" w:cs="Segoe UI Symbol"/>
              </w:rPr>
              <w:t>☐</w:t>
            </w:r>
            <w:r w:rsidR="00000000">
              <w:t xml:space="preserve"> Likumdo</w:t>
            </w:r>
            <w:r w:rsidR="00000000">
              <w:rPr>
                <w:rFonts w:cs="Calibri"/>
              </w:rPr>
              <w:t>š</w:t>
            </w:r>
            <w:r w:rsidR="00000000">
              <w:t>anas / Publisko ties</w:t>
            </w:r>
            <w:r w:rsidR="00000000">
              <w:rPr>
                <w:rFonts w:cs="Calibri"/>
              </w:rPr>
              <w:t>ī</w:t>
            </w:r>
            <w:r w:rsidR="00000000">
              <w:t>bu iniciat</w:t>
            </w:r>
            <w:r w:rsidR="00000000">
              <w:rPr>
                <w:rFonts w:cs="Calibri"/>
              </w:rPr>
              <w:t>ī</w:t>
            </w:r>
            <w:r w:rsidR="00000000">
              <w:t>va</w:t>
            </w:r>
            <w:r w:rsidR="00000000">
              <w:br/>
            </w:r>
            <w:r w:rsidR="00000000">
              <w:br/>
              <w:t>Konkr</w:t>
            </w:r>
            <w:r w:rsidR="00000000">
              <w:rPr>
                <w:rFonts w:cs="Calibri"/>
              </w:rPr>
              <w:t>ē</w:t>
            </w:r>
            <w:r w:rsidR="00000000">
              <w:t xml:space="preserve">tais nosaukums / datums: </w:t>
            </w:r>
            <w:r w:rsidR="009F075B">
              <w:t xml:space="preserve"> 15.Saeimas vēlēšanas </w:t>
            </w:r>
          </w:p>
        </w:tc>
      </w:tr>
      <w:tr w:rsidR="00B863F8" w14:paraId="02A0D5B7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6EDA2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Kopējais kampaņas budžets (EUR)</w:t>
            </w:r>
            <w:r>
              <w:rPr>
                <w:color w:val="777777"/>
                <w:sz w:val="17"/>
              </w:rPr>
              <w:br/>
              <w:t>Kopējā līguma summa / konkrētā izvietojuma izmaksas bez PVN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B45154" w14:textId="3543F986" w:rsidR="00B863F8" w:rsidRDefault="00F41A57">
            <w:pPr>
              <w:spacing w:after="0"/>
            </w:pPr>
            <w:r>
              <w:t>3100,00 EUR +pvn</w:t>
            </w:r>
          </w:p>
        </w:tc>
      </w:tr>
      <w:tr w:rsidR="00B863F8" w14:paraId="75D9C8B2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38AEB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Finansējuma avots</w:t>
            </w:r>
            <w:r>
              <w:rPr>
                <w:color w:val="777777"/>
                <w:sz w:val="17"/>
              </w:rPr>
              <w:br/>
              <w:t>Izmantoto līdzekļu izcelsme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65577B" w14:textId="451488F9" w:rsidR="00B863F8" w:rsidRDefault="003575CB">
            <w:pPr>
              <w:spacing w:after="0"/>
            </w:pPr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="00000000" w:rsidRPr="009F075B">
              <w:t xml:space="preserve"> V</w:t>
            </w:r>
            <w:r w:rsidR="00000000">
              <w:t xml:space="preserve">alsts budžeta finansējums          </w:t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="00000000">
              <w:t xml:space="preserve"> Biedru naudas</w:t>
            </w:r>
            <w:r w:rsidR="00000000">
              <w:br/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="00000000">
              <w:t xml:space="preserve"> Privātie līdzekļi                         </w:t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="00000000">
              <w:t xml:space="preserve"> Ziedojumi</w:t>
            </w:r>
          </w:p>
        </w:tc>
      </w:tr>
    </w:tbl>
    <w:p w14:paraId="3EF54BA7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3. MĒRĶORIENTĒŠANA (TARGETING) UN AUDITORIJAS DATI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0094CB00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640A3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Vai tiek izmantota mērķorientēšana?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E934A1" w14:textId="492EA0A6" w:rsidR="00B863F8" w:rsidRDefault="003575CB">
            <w:pPr>
              <w:spacing w:after="0"/>
            </w:pPr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="00000000">
              <w:t xml:space="preserve"> NĒ - reklāma tiek rādīta visai vispārējai auditorijai</w:t>
            </w:r>
            <w:r w:rsidR="00000000">
              <w:br/>
              <w:t>☐ JĀ - tiek izmantoti mērķēšanas kritēriji (aizpildīt zemāk)</w:t>
            </w:r>
          </w:p>
        </w:tc>
      </w:tr>
      <w:tr w:rsidR="00B863F8" w14:paraId="031A6A65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3C6F8D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lastRenderedPageBreak/>
              <w:t>Izmantotie mērķēšanas kritēriji</w:t>
            </w:r>
            <w:r>
              <w:rPr>
                <w:color w:val="777777"/>
                <w:sz w:val="17"/>
              </w:rPr>
              <w:br/>
              <w:t>Aizpildīt, ja atbildēts 'JĀ'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90690A" w14:textId="77777777" w:rsidR="00B863F8" w:rsidRDefault="00000000">
            <w:pPr>
              <w:spacing w:after="0"/>
            </w:pPr>
            <w:r>
              <w:t>☐ Vecuma grupa:</w:t>
            </w:r>
            <w:r>
              <w:br/>
              <w:t>☐ Ģeogrāfija:</w:t>
            </w:r>
            <w:r>
              <w:br/>
              <w:t>☐ Valoda:</w:t>
            </w:r>
            <w:r>
              <w:br/>
              <w:t>☐ Intereses / uzvedība:</w:t>
            </w:r>
          </w:p>
        </w:tc>
      </w:tr>
      <w:tr w:rsidR="00B863F8" w14:paraId="0E575CA1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05C4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Datu avoti un tehnoloģijas</w:t>
            </w:r>
            <w:r>
              <w:rPr>
                <w:color w:val="777777"/>
                <w:sz w:val="17"/>
              </w:rPr>
              <w:br/>
              <w:t>No kurienes iegūti dati un izmantotie rīki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1542F" w14:textId="77777777" w:rsidR="00B863F8" w:rsidRDefault="00000000">
            <w:pPr>
              <w:spacing w:after="0"/>
            </w:pPr>
            <w:r>
              <w:t>Datu avots:</w:t>
            </w:r>
            <w:r>
              <w:br/>
              <w:t xml:space="preserve">  ☐ Pirmās puses dati (reklāmdevēja paša dati)</w:t>
            </w:r>
            <w:r>
              <w:br/>
              <w:t xml:space="preserve">  ☐ Trešo pušu dati</w:t>
            </w:r>
            <w:r>
              <w:br/>
            </w:r>
            <w:r>
              <w:br/>
              <w:t xml:space="preserve">Tehnoloģijas / Algoritmi: </w:t>
            </w:r>
          </w:p>
        </w:tc>
      </w:tr>
    </w:tbl>
    <w:p w14:paraId="48893FE4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4. PĀRREDZAMĪBAS PAZIŅOJUMA SAITE UN APLIECINĀJUMS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441D2339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4D888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Pārredzamības paziņojuma saite (URL)</w:t>
            </w:r>
            <w:r>
              <w:rPr>
                <w:color w:val="777777"/>
                <w:sz w:val="17"/>
              </w:rPr>
              <w:br/>
              <w:t>Saite uz publisko paziņojumu reklāmdevēja vietnē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D3B6EB" w14:textId="77777777" w:rsidR="00B863F8" w:rsidRDefault="00000000">
            <w:pPr>
              <w:spacing w:after="0"/>
            </w:pPr>
            <w:r>
              <w:t>https://</w:t>
            </w:r>
          </w:p>
        </w:tc>
      </w:tr>
      <w:tr w:rsidR="00B863F8" w14:paraId="59713736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D10FC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>Apliecinājums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E14DC4" w14:textId="77777777" w:rsidR="00B863F8" w:rsidRDefault="00000000">
            <w:pPr>
              <w:spacing w:after="0"/>
            </w:pPr>
            <w:r>
              <w:t>Ar šo apliecinu, ka sniegtie dati ir patiesi, precīzi un pilnīgi. Esmu informēts(-a), ka minētie dati tiks publicēti politiskās reklāmas reģistrā atbilstoši ES Regulai 2024/900 un Latvijas Republikas normatīvajiem aktiem.</w:t>
            </w:r>
            <w:r>
              <w:br/>
            </w:r>
            <w:r>
              <w:br/>
            </w:r>
            <w:r>
              <w:br/>
              <w:t>_____________________________________________________</w:t>
            </w:r>
            <w:r>
              <w:br/>
              <w:t>(Amats, vārds, uzvārds, paraksts un datums / El. paraksts)</w:t>
            </w:r>
          </w:p>
        </w:tc>
      </w:tr>
    </w:tbl>
    <w:p w14:paraId="675FF8BE" w14:textId="77777777" w:rsidR="00B863F8" w:rsidRDefault="00000000">
      <w:pPr>
        <w:spacing w:before="280" w:after="0"/>
      </w:pPr>
      <w:r>
        <w:rPr>
          <w:i/>
          <w:color w:val="666666"/>
          <w:sz w:val="17"/>
        </w:rPr>
        <w:t>Piezīme: Saskaņā ar ES Regulu 2024/900 politiskajā reklāmā ir stingri aizliegts izmantot mērķorientēšanas paņēmienus, kas balstās uz īpašu kategoriju personas datiem (piemēram, rasu vai etniskā piederība, politiskie uzskati, reliģiskā pārliecība, veselības dati vai seksuālā orientācija).</w:t>
      </w:r>
    </w:p>
    <w:sectPr w:rsidR="00B863F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672115">
    <w:abstractNumId w:val="8"/>
  </w:num>
  <w:num w:numId="2" w16cid:durableId="815799622">
    <w:abstractNumId w:val="6"/>
  </w:num>
  <w:num w:numId="3" w16cid:durableId="549003200">
    <w:abstractNumId w:val="5"/>
  </w:num>
  <w:num w:numId="4" w16cid:durableId="1019087349">
    <w:abstractNumId w:val="4"/>
  </w:num>
  <w:num w:numId="5" w16cid:durableId="1622229026">
    <w:abstractNumId w:val="7"/>
  </w:num>
  <w:num w:numId="6" w16cid:durableId="1143035701">
    <w:abstractNumId w:val="3"/>
  </w:num>
  <w:num w:numId="7" w16cid:durableId="732586118">
    <w:abstractNumId w:val="2"/>
  </w:num>
  <w:num w:numId="8" w16cid:durableId="1464614645">
    <w:abstractNumId w:val="1"/>
  </w:num>
  <w:num w:numId="9" w16cid:durableId="144723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5CB"/>
    <w:rsid w:val="00386D5C"/>
    <w:rsid w:val="00882E5B"/>
    <w:rsid w:val="009F075B"/>
    <w:rsid w:val="00AA1D8D"/>
    <w:rsid w:val="00B47730"/>
    <w:rsid w:val="00B851D6"/>
    <w:rsid w:val="00B863F8"/>
    <w:rsid w:val="00C570B8"/>
    <w:rsid w:val="00CB0664"/>
    <w:rsid w:val="00E45698"/>
    <w:rsid w:val="00F14D24"/>
    <w:rsid w:val="00F41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165BC"/>
  <w14:defaultImageDpi w14:val="300"/>
  <w15:docId w15:val="{8638A71A-4439-7045-A9D5-A8BCC5ED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Anete Astaševska</cp:lastModifiedBy>
  <cp:revision>3</cp:revision>
  <dcterms:created xsi:type="dcterms:W3CDTF">2026-09-16T11:36:00Z</dcterms:created>
  <dcterms:modified xsi:type="dcterms:W3CDTF">2026-09-16T11:38:00Z</dcterms:modified>
  <cp:category/>
</cp:coreProperties>
</file>